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知序标准题导入样本</w:t>
      </w:r>
    </w:p>
    <w:p>
      <w:r>
        <w:t>本文件包含 30 道原创合成题，供正常上传、复核与发布演练。每个题号、选项、答案与解析均独立分段。题目预期见 expected.json。</w:t>
      </w:r>
    </w:p>
    <w:p>
      <w:pPr>
        <w:pStyle w:val="Heading2"/>
        <w:keepNext/>
        <w:keepLines/>
      </w:pPr>
      <w:r>
        <w:t>1. 【单选】虚构工坊有3盒积木，每盒2块，共有多少块？</w:t>
      </w:r>
    </w:p>
    <w:p>
      <w:pPr>
        <w:keepNext/>
        <w:keepLines/>
      </w:pPr>
      <w:r>
        <w:t>A. 6</w:t>
      </w:r>
    </w:p>
    <w:p>
      <w:pPr>
        <w:keepNext/>
        <w:keepLines/>
      </w:pPr>
      <w:r>
        <w:t>B. 5</w:t>
      </w:r>
    </w:p>
    <w:p>
      <w:pPr>
        <w:keepNext/>
        <w:keepLines/>
      </w:pPr>
      <w:r>
        <w:t>C. 8</w:t>
      </w:r>
    </w:p>
    <w:p>
      <w:pPr>
        <w:keepNext/>
        <w:keepLines/>
      </w:pPr>
      <w:r>
        <w:t>D. 7</w:t>
      </w:r>
    </w:p>
    <w:p>
      <w:pPr>
        <w:keepNext/>
        <w:keepLines/>
      </w:pPr>
      <w:r>
        <w:t>答案：A</w:t>
      </w:r>
    </w:p>
    <w:p>
      <w:pPr>
        <w:keepLines/>
      </w:pPr>
      <w:r>
        <w:t>解析：3×2=6。</w:t>
      </w:r>
    </w:p>
    <w:p>
      <w:pPr>
        <w:pStyle w:val="Heading2"/>
        <w:keepNext/>
        <w:keepLines/>
      </w:pPr>
      <w:r>
        <w:t>2. 【单选】虚构工坊有4盒积木，每盒2块，共有多少块？</w:t>
      </w:r>
    </w:p>
    <w:p>
      <w:pPr>
        <w:keepNext/>
        <w:keepLines/>
      </w:pPr>
      <w:r>
        <w:t>A. 9</w:t>
      </w:r>
    </w:p>
    <w:p>
      <w:pPr>
        <w:keepNext/>
        <w:keepLines/>
      </w:pPr>
      <w:r>
        <w:t>B. 8</w:t>
      </w:r>
    </w:p>
    <w:p>
      <w:pPr>
        <w:keepNext/>
        <w:keepLines/>
      </w:pPr>
      <w:r>
        <w:t>C. 10</w:t>
      </w:r>
    </w:p>
    <w:p>
      <w:pPr>
        <w:keepNext/>
        <w:keepLines/>
      </w:pPr>
      <w:r>
        <w:t>D. 7</w:t>
      </w:r>
    </w:p>
    <w:p>
      <w:pPr>
        <w:keepNext/>
        <w:keepLines/>
      </w:pPr>
      <w:r>
        <w:t>答案：B</w:t>
      </w:r>
    </w:p>
    <w:p>
      <w:pPr>
        <w:keepLines/>
      </w:pPr>
      <w:r>
        <w:t>解析：4×2=8。</w:t>
      </w:r>
    </w:p>
    <w:p>
      <w:pPr>
        <w:pStyle w:val="Heading2"/>
        <w:keepNext/>
        <w:keepLines/>
      </w:pPr>
      <w:r>
        <w:t>3. 【单选】虚构工坊有5盒积木，每盒2块，共有多少块？</w:t>
      </w:r>
    </w:p>
    <w:p>
      <w:pPr>
        <w:keepNext/>
        <w:keepLines/>
      </w:pPr>
      <w:r>
        <w:t>A. 11</w:t>
      </w:r>
    </w:p>
    <w:p>
      <w:pPr>
        <w:keepNext/>
        <w:keepLines/>
      </w:pPr>
      <w:r>
        <w:t>B. 9</w:t>
      </w:r>
    </w:p>
    <w:p>
      <w:pPr>
        <w:keepNext/>
        <w:keepLines/>
      </w:pPr>
      <w:r>
        <w:t>C. 10</w:t>
      </w:r>
    </w:p>
    <w:p>
      <w:pPr>
        <w:keepNext/>
        <w:keepLines/>
      </w:pPr>
      <w:r>
        <w:t>D. 12</w:t>
      </w:r>
    </w:p>
    <w:p>
      <w:pPr>
        <w:keepNext/>
        <w:keepLines/>
      </w:pPr>
      <w:r>
        <w:t>答案：C</w:t>
      </w:r>
    </w:p>
    <w:p>
      <w:pPr>
        <w:keepLines/>
      </w:pPr>
      <w:r>
        <w:t>解析：5×2=10。</w:t>
      </w:r>
    </w:p>
    <w:p>
      <w:pPr>
        <w:pStyle w:val="Heading2"/>
        <w:keepNext/>
        <w:keepLines/>
      </w:pPr>
      <w:r>
        <w:t>4. 【单选】虚构工坊有6盒积木，每盒2块，共有多少块？</w:t>
      </w:r>
    </w:p>
    <w:p>
      <w:pPr>
        <w:keepNext/>
        <w:keepLines/>
      </w:pPr>
      <w:r>
        <w:t>A. 13</w:t>
      </w:r>
    </w:p>
    <w:p>
      <w:pPr>
        <w:keepNext/>
        <w:keepLines/>
      </w:pPr>
      <w:r>
        <w:t>B. 11</w:t>
      </w:r>
    </w:p>
    <w:p>
      <w:pPr>
        <w:keepNext/>
        <w:keepLines/>
      </w:pPr>
      <w:r>
        <w:t>C. 14</w:t>
      </w:r>
    </w:p>
    <w:p>
      <w:pPr>
        <w:keepNext/>
        <w:keepLines/>
      </w:pPr>
      <w:r>
        <w:t>D. 12</w:t>
      </w:r>
    </w:p>
    <w:p>
      <w:pPr>
        <w:keepNext/>
        <w:keepLines/>
      </w:pPr>
      <w:r>
        <w:t>答案：D</w:t>
      </w:r>
    </w:p>
    <w:p>
      <w:pPr>
        <w:keepLines/>
      </w:pPr>
      <w:r>
        <w:t>解析：6×2=12。</w:t>
      </w:r>
    </w:p>
    <w:p>
      <w:pPr>
        <w:pStyle w:val="Heading2"/>
        <w:keepNext/>
        <w:keepLines/>
      </w:pPr>
      <w:r>
        <w:t>5. 【单选】虚构工坊有7盒积木，每盒2块，共有多少块？</w:t>
      </w:r>
    </w:p>
    <w:p>
      <w:pPr>
        <w:keepNext/>
        <w:keepLines/>
      </w:pPr>
      <w:r>
        <w:t>A. 14</w:t>
      </w:r>
    </w:p>
    <w:p>
      <w:pPr>
        <w:keepNext/>
        <w:keepLines/>
      </w:pPr>
      <w:r>
        <w:t>B. 13</w:t>
      </w:r>
    </w:p>
    <w:p>
      <w:pPr>
        <w:keepNext/>
        <w:keepLines/>
      </w:pPr>
      <w:r>
        <w:t>C. 16</w:t>
      </w:r>
    </w:p>
    <w:p>
      <w:pPr>
        <w:keepNext/>
        <w:keepLines/>
      </w:pPr>
      <w:r>
        <w:t>D. 15</w:t>
      </w:r>
    </w:p>
    <w:p>
      <w:pPr>
        <w:keepNext/>
        <w:keepLines/>
      </w:pPr>
      <w:r>
        <w:t>答案：A</w:t>
      </w:r>
    </w:p>
    <w:p>
      <w:pPr>
        <w:keepLines/>
      </w:pPr>
      <w:r>
        <w:t>解析：7×2=14。</w:t>
      </w:r>
    </w:p>
    <w:p>
      <w:pPr>
        <w:pStyle w:val="Heading2"/>
        <w:keepNext/>
        <w:keepLines/>
      </w:pPr>
      <w:r>
        <w:t>6. 【单选】虚构工坊有8盒积木，每盒2块，共有多少块？</w:t>
      </w:r>
    </w:p>
    <w:p>
      <w:pPr>
        <w:keepNext/>
        <w:keepLines/>
      </w:pPr>
      <w:r>
        <w:t>A. 17</w:t>
      </w:r>
    </w:p>
    <w:p>
      <w:pPr>
        <w:keepNext/>
        <w:keepLines/>
      </w:pPr>
      <w:r>
        <w:t>B. 16</w:t>
      </w:r>
    </w:p>
    <w:p>
      <w:pPr>
        <w:keepNext/>
        <w:keepLines/>
      </w:pPr>
      <w:r>
        <w:t>C. 18</w:t>
      </w:r>
    </w:p>
    <w:p>
      <w:pPr>
        <w:keepNext/>
        <w:keepLines/>
      </w:pPr>
      <w:r>
        <w:t>D. 15</w:t>
      </w:r>
    </w:p>
    <w:p>
      <w:pPr>
        <w:keepNext/>
        <w:keepLines/>
      </w:pPr>
      <w:r>
        <w:t>答案：B</w:t>
      </w:r>
    </w:p>
    <w:p>
      <w:pPr>
        <w:keepLines/>
      </w:pPr>
      <w:r>
        <w:t>解析：8×2=16。</w:t>
      </w:r>
    </w:p>
    <w:p>
      <w:pPr>
        <w:pStyle w:val="Heading2"/>
        <w:keepNext/>
        <w:keepLines/>
      </w:pPr>
      <w:r>
        <w:t>7. 【单选】虚构工坊有9盒积木，每盒2块，共有多少块？</w:t>
      </w:r>
    </w:p>
    <w:p>
      <w:pPr>
        <w:keepNext/>
        <w:keepLines/>
      </w:pPr>
      <w:r>
        <w:t>A. 19</w:t>
      </w:r>
    </w:p>
    <w:p>
      <w:pPr>
        <w:keepNext/>
        <w:keepLines/>
      </w:pPr>
      <w:r>
        <w:t>B. 17</w:t>
      </w:r>
    </w:p>
    <w:p>
      <w:pPr>
        <w:keepNext/>
        <w:keepLines/>
      </w:pPr>
      <w:r>
        <w:t>C. 18</w:t>
      </w:r>
    </w:p>
    <w:p>
      <w:pPr>
        <w:keepNext/>
        <w:keepLines/>
      </w:pPr>
      <w:r>
        <w:t>D. 20</w:t>
      </w:r>
    </w:p>
    <w:p>
      <w:pPr>
        <w:keepNext/>
        <w:keepLines/>
      </w:pPr>
      <w:r>
        <w:t>答案：C</w:t>
      </w:r>
    </w:p>
    <w:p>
      <w:pPr>
        <w:keepLines/>
      </w:pPr>
      <w:r>
        <w:t>解析：9×2=18。</w:t>
      </w:r>
    </w:p>
    <w:p>
      <w:pPr>
        <w:pStyle w:val="Heading2"/>
        <w:keepNext/>
        <w:keepLines/>
      </w:pPr>
      <w:r>
        <w:t>8. 【单选】虚构工坊有10盒积木，每盒2块，共有多少块？</w:t>
      </w:r>
    </w:p>
    <w:p>
      <w:pPr>
        <w:keepNext/>
        <w:keepLines/>
      </w:pPr>
      <w:r>
        <w:t>A. 21</w:t>
      </w:r>
    </w:p>
    <w:p>
      <w:pPr>
        <w:keepNext/>
        <w:keepLines/>
      </w:pPr>
      <w:r>
        <w:t>B. 19</w:t>
      </w:r>
    </w:p>
    <w:p>
      <w:pPr>
        <w:keepNext/>
        <w:keepLines/>
      </w:pPr>
      <w:r>
        <w:t>C. 22</w:t>
      </w:r>
    </w:p>
    <w:p>
      <w:pPr>
        <w:keepNext/>
        <w:keepLines/>
      </w:pPr>
      <w:r>
        <w:t>D. 20</w:t>
      </w:r>
    </w:p>
    <w:p>
      <w:pPr>
        <w:keepNext/>
        <w:keepLines/>
      </w:pPr>
      <w:r>
        <w:t>答案：D</w:t>
      </w:r>
    </w:p>
    <w:p>
      <w:pPr>
        <w:keepLines/>
      </w:pPr>
      <w:r>
        <w:t>解析：10×2=20。</w:t>
      </w:r>
    </w:p>
    <w:p>
      <w:pPr>
        <w:pStyle w:val="Heading2"/>
        <w:keepNext/>
        <w:keepLines/>
      </w:pPr>
      <w:r>
        <w:t>9. 【单选】虚构工坊有11盒积木，每盒2块，共有多少块？</w:t>
      </w:r>
    </w:p>
    <w:p>
      <w:pPr>
        <w:keepNext/>
        <w:keepLines/>
      </w:pPr>
      <w:r>
        <w:t>A. 22</w:t>
      </w:r>
    </w:p>
    <w:p>
      <w:pPr>
        <w:keepNext/>
        <w:keepLines/>
      </w:pPr>
      <w:r>
        <w:t>B. 21</w:t>
      </w:r>
    </w:p>
    <w:p>
      <w:pPr>
        <w:keepNext/>
        <w:keepLines/>
      </w:pPr>
      <w:r>
        <w:t>C. 24</w:t>
      </w:r>
    </w:p>
    <w:p>
      <w:pPr>
        <w:keepNext/>
        <w:keepLines/>
      </w:pPr>
      <w:r>
        <w:t>D. 23</w:t>
      </w:r>
    </w:p>
    <w:p>
      <w:pPr>
        <w:keepNext/>
        <w:keepLines/>
      </w:pPr>
      <w:r>
        <w:t>答案：A</w:t>
      </w:r>
    </w:p>
    <w:p>
      <w:pPr>
        <w:keepLines/>
      </w:pPr>
      <w:r>
        <w:t>解析：11×2=22。</w:t>
      </w:r>
    </w:p>
    <w:p>
      <w:pPr>
        <w:pStyle w:val="Heading2"/>
        <w:keepNext/>
        <w:keepLines/>
      </w:pPr>
      <w:r>
        <w:t>10. 【单选】虚构工坊有12盒积木，每盒2块，共有多少块？</w:t>
      </w:r>
    </w:p>
    <w:p>
      <w:pPr>
        <w:keepNext/>
        <w:keepLines/>
      </w:pPr>
      <w:r>
        <w:t>A. 25</w:t>
      </w:r>
    </w:p>
    <w:p>
      <w:pPr>
        <w:keepNext/>
        <w:keepLines/>
      </w:pPr>
      <w:r>
        <w:t>B. 24</w:t>
      </w:r>
    </w:p>
    <w:p>
      <w:pPr>
        <w:keepNext/>
        <w:keepLines/>
      </w:pPr>
      <w:r>
        <w:t>C. 26</w:t>
      </w:r>
    </w:p>
    <w:p>
      <w:pPr>
        <w:keepNext/>
        <w:keepLines/>
      </w:pPr>
      <w:r>
        <w:t>D. 23</w:t>
      </w:r>
    </w:p>
    <w:p>
      <w:pPr>
        <w:keepNext/>
        <w:keepLines/>
      </w:pPr>
      <w:r>
        <w:t>答案：B</w:t>
      </w:r>
    </w:p>
    <w:p>
      <w:pPr>
        <w:keepLines/>
      </w:pPr>
      <w:r>
        <w:t>解析：12×2=24。</w:t>
      </w:r>
    </w:p>
    <w:p>
      <w:pPr>
        <w:pStyle w:val="Heading2"/>
        <w:keepNext/>
        <w:keepLines/>
      </w:pPr>
      <w:r>
        <w:t>11. 【单选】虚构工坊有13盒积木，每盒2块，共有多少块？</w:t>
      </w:r>
    </w:p>
    <w:p>
      <w:pPr>
        <w:keepNext/>
        <w:keepLines/>
      </w:pPr>
      <w:r>
        <w:t>A. 27</w:t>
      </w:r>
    </w:p>
    <w:p>
      <w:pPr>
        <w:keepNext/>
        <w:keepLines/>
      </w:pPr>
      <w:r>
        <w:t>B. 25</w:t>
      </w:r>
    </w:p>
    <w:p>
      <w:pPr>
        <w:keepNext/>
        <w:keepLines/>
      </w:pPr>
      <w:r>
        <w:t>C. 26</w:t>
      </w:r>
    </w:p>
    <w:p>
      <w:pPr>
        <w:keepNext/>
        <w:keepLines/>
      </w:pPr>
      <w:r>
        <w:t>D. 28</w:t>
      </w:r>
    </w:p>
    <w:p>
      <w:pPr>
        <w:keepNext/>
        <w:keepLines/>
      </w:pPr>
      <w:r>
        <w:t>答案：C</w:t>
      </w:r>
    </w:p>
    <w:p>
      <w:pPr>
        <w:keepLines/>
      </w:pPr>
      <w:r>
        <w:t>解析：13×2=26。</w:t>
      </w:r>
    </w:p>
    <w:p>
      <w:pPr>
        <w:pStyle w:val="Heading2"/>
        <w:keepNext/>
        <w:keepLines/>
      </w:pPr>
      <w:r>
        <w:t>12. 【单选】虚构工坊有14盒积木，每盒2块，共有多少块？</w:t>
      </w:r>
    </w:p>
    <w:p>
      <w:pPr>
        <w:keepNext/>
        <w:keepLines/>
      </w:pPr>
      <w:r>
        <w:t>A. 29</w:t>
      </w:r>
    </w:p>
    <w:p>
      <w:pPr>
        <w:keepNext/>
        <w:keepLines/>
      </w:pPr>
      <w:r>
        <w:t>B. 27</w:t>
      </w:r>
    </w:p>
    <w:p>
      <w:pPr>
        <w:keepNext/>
        <w:keepLines/>
      </w:pPr>
      <w:r>
        <w:t>C. 30</w:t>
      </w:r>
    </w:p>
    <w:p>
      <w:pPr>
        <w:keepNext/>
        <w:keepLines/>
      </w:pPr>
      <w:r>
        <w:t>D. 28</w:t>
      </w:r>
    </w:p>
    <w:p>
      <w:pPr>
        <w:keepNext/>
        <w:keepLines/>
      </w:pPr>
      <w:r>
        <w:t>答案：D</w:t>
      </w:r>
    </w:p>
    <w:p>
      <w:pPr>
        <w:keepLines/>
      </w:pPr>
      <w:r>
        <w:t>解析：14×2=28。</w:t>
      </w:r>
    </w:p>
    <w:p>
      <w:pPr>
        <w:pStyle w:val="Heading2"/>
        <w:keepNext/>
        <w:keepLines/>
      </w:pPr>
      <w:r>
        <w:t>13. 【多选】下面哪些整数是偶数？（样本13）</w:t>
      </w:r>
    </w:p>
    <w:p>
      <w:pPr>
        <w:keepNext/>
        <w:keepLines/>
      </w:pPr>
      <w:r>
        <w:t>A. 5</w:t>
      </w:r>
    </w:p>
    <w:p>
      <w:pPr>
        <w:keepNext/>
        <w:keepLines/>
      </w:pPr>
      <w:r>
        <w:t>B. 6</w:t>
      </w:r>
    </w:p>
    <w:p>
      <w:pPr>
        <w:keepNext/>
        <w:keepLines/>
      </w:pPr>
      <w:r>
        <w:t>C. 7</w:t>
      </w:r>
    </w:p>
    <w:p>
      <w:pPr>
        <w:keepNext/>
        <w:keepLines/>
      </w:pPr>
      <w:r>
        <w:t>D. 8</w:t>
      </w:r>
    </w:p>
    <w:p>
      <w:pPr>
        <w:keepNext/>
        <w:keepLines/>
      </w:pPr>
      <w:r>
        <w:t>答案：BD</w:t>
      </w:r>
    </w:p>
    <w:p>
      <w:pPr>
        <w:keepLines/>
      </w:pPr>
      <w:r>
        <w:t>解析：6和8能被2整除。</w:t>
      </w:r>
    </w:p>
    <w:p>
      <w:pPr>
        <w:pStyle w:val="Heading2"/>
        <w:keepNext/>
        <w:keepLines/>
      </w:pPr>
      <w:r>
        <w:t>14. 【多选】下面哪些整数是偶数？（样本14）</w:t>
      </w:r>
    </w:p>
    <w:p>
      <w:pPr>
        <w:keepNext/>
        <w:keepLines/>
      </w:pPr>
      <w:r>
        <w:t>A. 9</w:t>
      </w:r>
    </w:p>
    <w:p>
      <w:pPr>
        <w:keepNext/>
        <w:keepLines/>
      </w:pPr>
      <w:r>
        <w:t>B. 10</w:t>
      </w:r>
    </w:p>
    <w:p>
      <w:pPr>
        <w:keepNext/>
        <w:keepLines/>
      </w:pPr>
      <w:r>
        <w:t>C. 11</w:t>
      </w:r>
    </w:p>
    <w:p>
      <w:pPr>
        <w:keepNext/>
        <w:keepLines/>
      </w:pPr>
      <w:r>
        <w:t>D. 12</w:t>
      </w:r>
    </w:p>
    <w:p>
      <w:pPr>
        <w:keepNext/>
        <w:keepLines/>
      </w:pPr>
      <w:r>
        <w:t>答案：BD</w:t>
      </w:r>
    </w:p>
    <w:p>
      <w:pPr>
        <w:keepLines/>
      </w:pPr>
      <w:r>
        <w:t>解析：10和12能被2整除。</w:t>
      </w:r>
    </w:p>
    <w:p>
      <w:pPr>
        <w:pStyle w:val="Heading2"/>
        <w:keepNext/>
        <w:keepLines/>
      </w:pPr>
      <w:r>
        <w:t>15. 【多选】下面哪些整数是偶数？（样本15）</w:t>
      </w:r>
    </w:p>
    <w:p>
      <w:pPr>
        <w:keepNext/>
        <w:keepLines/>
      </w:pPr>
      <w:r>
        <w:t>A. 13</w:t>
      </w:r>
    </w:p>
    <w:p>
      <w:pPr>
        <w:keepNext/>
        <w:keepLines/>
      </w:pPr>
      <w:r>
        <w:t>B. 14</w:t>
      </w:r>
    </w:p>
    <w:p>
      <w:pPr>
        <w:keepNext/>
        <w:keepLines/>
      </w:pPr>
      <w:r>
        <w:t>C. 15</w:t>
      </w:r>
    </w:p>
    <w:p>
      <w:pPr>
        <w:keepNext/>
        <w:keepLines/>
      </w:pPr>
      <w:r>
        <w:t>D. 16</w:t>
      </w:r>
    </w:p>
    <w:p>
      <w:pPr>
        <w:keepNext/>
        <w:keepLines/>
      </w:pPr>
      <w:r>
        <w:t>答案：BD</w:t>
      </w:r>
    </w:p>
    <w:p>
      <w:pPr>
        <w:keepLines/>
      </w:pPr>
      <w:r>
        <w:t>解析：14和16能被2整除。</w:t>
      </w:r>
    </w:p>
    <w:p>
      <w:pPr>
        <w:pStyle w:val="Heading2"/>
        <w:keepNext/>
        <w:keepLines/>
      </w:pPr>
      <w:r>
        <w:t>16. 【多选】下面哪些整数是偶数？（样本16）</w:t>
      </w:r>
    </w:p>
    <w:p>
      <w:pPr>
        <w:keepNext/>
        <w:keepLines/>
      </w:pPr>
      <w:r>
        <w:t>A. 17</w:t>
      </w:r>
    </w:p>
    <w:p>
      <w:pPr>
        <w:keepNext/>
        <w:keepLines/>
      </w:pPr>
      <w:r>
        <w:t>B. 18</w:t>
      </w:r>
    </w:p>
    <w:p>
      <w:pPr>
        <w:keepNext/>
        <w:keepLines/>
      </w:pPr>
      <w:r>
        <w:t>C. 19</w:t>
      </w:r>
    </w:p>
    <w:p>
      <w:pPr>
        <w:keepNext/>
        <w:keepLines/>
      </w:pPr>
      <w:r>
        <w:t>D. 20</w:t>
      </w:r>
    </w:p>
    <w:p>
      <w:pPr>
        <w:keepNext/>
        <w:keepLines/>
      </w:pPr>
      <w:r>
        <w:t>答案：BD</w:t>
      </w:r>
    </w:p>
    <w:p>
      <w:pPr>
        <w:keepLines/>
      </w:pPr>
      <w:r>
        <w:t>解析：18和20能被2整除。</w:t>
      </w:r>
    </w:p>
    <w:p>
      <w:pPr>
        <w:pStyle w:val="Heading2"/>
        <w:keepNext/>
        <w:keepLines/>
      </w:pPr>
      <w:r>
        <w:t>17. 【多选】下面哪些整数是偶数？（样本17）</w:t>
      </w:r>
    </w:p>
    <w:p>
      <w:pPr>
        <w:keepNext/>
        <w:keepLines/>
      </w:pPr>
      <w:r>
        <w:t>A. 21</w:t>
      </w:r>
    </w:p>
    <w:p>
      <w:pPr>
        <w:keepNext/>
        <w:keepLines/>
      </w:pPr>
      <w:r>
        <w:t>B. 22</w:t>
      </w:r>
    </w:p>
    <w:p>
      <w:pPr>
        <w:keepNext/>
        <w:keepLines/>
      </w:pPr>
      <w:r>
        <w:t>C. 23</w:t>
      </w:r>
    </w:p>
    <w:p>
      <w:pPr>
        <w:keepNext/>
        <w:keepLines/>
      </w:pPr>
      <w:r>
        <w:t>D. 24</w:t>
      </w:r>
    </w:p>
    <w:p>
      <w:pPr>
        <w:keepNext/>
        <w:keepLines/>
      </w:pPr>
      <w:r>
        <w:t>答案：BD</w:t>
      </w:r>
    </w:p>
    <w:p>
      <w:pPr>
        <w:keepLines/>
      </w:pPr>
      <w:r>
        <w:t>解析：22和24能被2整除。</w:t>
      </w:r>
    </w:p>
    <w:p>
      <w:pPr>
        <w:pStyle w:val="Heading2"/>
        <w:keepNext/>
        <w:keepLines/>
      </w:pPr>
      <w:r>
        <w:t>18. 【多选】下面哪些整数是偶数？（样本18）</w:t>
      </w:r>
    </w:p>
    <w:p>
      <w:pPr>
        <w:keepNext/>
        <w:keepLines/>
      </w:pPr>
      <w:r>
        <w:t>A. 25</w:t>
      </w:r>
    </w:p>
    <w:p>
      <w:pPr>
        <w:keepNext/>
        <w:keepLines/>
      </w:pPr>
      <w:r>
        <w:t>B. 26</w:t>
      </w:r>
    </w:p>
    <w:p>
      <w:pPr>
        <w:keepNext/>
        <w:keepLines/>
      </w:pPr>
      <w:r>
        <w:t>C. 27</w:t>
      </w:r>
    </w:p>
    <w:p>
      <w:pPr>
        <w:keepNext/>
        <w:keepLines/>
      </w:pPr>
      <w:r>
        <w:t>D. 28</w:t>
      </w:r>
    </w:p>
    <w:p>
      <w:pPr>
        <w:keepNext/>
        <w:keepLines/>
      </w:pPr>
      <w:r>
        <w:t>答案：BD</w:t>
      </w:r>
    </w:p>
    <w:p>
      <w:pPr>
        <w:keepLines/>
      </w:pPr>
      <w:r>
        <w:t>解析：26和28能被2整除。</w:t>
      </w:r>
    </w:p>
    <w:p>
      <w:pPr>
        <w:pStyle w:val="Heading2"/>
        <w:keepNext/>
        <w:keepLines/>
      </w:pPr>
      <w:r>
        <w:t>19. 【多选】下面哪些整数是偶数？（样本19）</w:t>
      </w:r>
    </w:p>
    <w:p>
      <w:pPr>
        <w:keepNext/>
        <w:keepLines/>
      </w:pPr>
      <w:r>
        <w:t>A. 29</w:t>
      </w:r>
    </w:p>
    <w:p>
      <w:pPr>
        <w:keepNext/>
        <w:keepLines/>
      </w:pPr>
      <w:r>
        <w:t>B. 30</w:t>
      </w:r>
    </w:p>
    <w:p>
      <w:pPr>
        <w:keepNext/>
        <w:keepLines/>
      </w:pPr>
      <w:r>
        <w:t>C. 31</w:t>
      </w:r>
    </w:p>
    <w:p>
      <w:pPr>
        <w:keepNext/>
        <w:keepLines/>
      </w:pPr>
      <w:r>
        <w:t>D. 32</w:t>
      </w:r>
    </w:p>
    <w:p>
      <w:pPr>
        <w:keepNext/>
        <w:keepLines/>
      </w:pPr>
      <w:r>
        <w:t>答案：BD</w:t>
      </w:r>
    </w:p>
    <w:p>
      <w:pPr>
        <w:keepLines/>
      </w:pPr>
      <w:r>
        <w:t>解析：30和32能被2整除。</w:t>
      </w:r>
    </w:p>
    <w:p>
      <w:pPr>
        <w:pStyle w:val="Heading2"/>
        <w:keepNext/>
        <w:keepLines/>
      </w:pPr>
      <w:r>
        <w:t>20. 【多选】下面哪些整数是偶数？（样本20）</w:t>
      </w:r>
    </w:p>
    <w:p>
      <w:pPr>
        <w:keepNext/>
        <w:keepLines/>
      </w:pPr>
      <w:r>
        <w:t>A. 33</w:t>
      </w:r>
    </w:p>
    <w:p>
      <w:pPr>
        <w:keepNext/>
        <w:keepLines/>
      </w:pPr>
      <w:r>
        <w:t>B. 34</w:t>
      </w:r>
    </w:p>
    <w:p>
      <w:pPr>
        <w:keepNext/>
        <w:keepLines/>
      </w:pPr>
      <w:r>
        <w:t>C. 35</w:t>
      </w:r>
    </w:p>
    <w:p>
      <w:pPr>
        <w:keepNext/>
        <w:keepLines/>
      </w:pPr>
      <w:r>
        <w:t>D. 36</w:t>
      </w:r>
    </w:p>
    <w:p>
      <w:pPr>
        <w:keepNext/>
        <w:keepLines/>
      </w:pPr>
      <w:r>
        <w:t>答案：BD</w:t>
      </w:r>
    </w:p>
    <w:p>
      <w:pPr>
        <w:keepLines/>
      </w:pPr>
      <w:r>
        <w:t>解析：34和36能被2整除。</w:t>
      </w:r>
    </w:p>
    <w:p>
      <w:pPr>
        <w:pStyle w:val="Heading2"/>
        <w:keepNext/>
        <w:keepLines/>
      </w:pPr>
      <w:r>
        <w:t>21. 【多选】下面哪些整数是偶数？（样本21）</w:t>
      </w:r>
    </w:p>
    <w:p>
      <w:pPr>
        <w:keepNext/>
        <w:keepLines/>
      </w:pPr>
      <w:r>
        <w:t>A. 37</w:t>
      </w:r>
    </w:p>
    <w:p>
      <w:pPr>
        <w:keepNext/>
        <w:keepLines/>
      </w:pPr>
      <w:r>
        <w:t>B. 38</w:t>
      </w:r>
    </w:p>
    <w:p>
      <w:pPr>
        <w:keepNext/>
        <w:keepLines/>
      </w:pPr>
      <w:r>
        <w:t>C. 39</w:t>
      </w:r>
    </w:p>
    <w:p>
      <w:pPr>
        <w:keepNext/>
        <w:keepLines/>
      </w:pPr>
      <w:r>
        <w:t>D. 40</w:t>
      </w:r>
    </w:p>
    <w:p>
      <w:pPr>
        <w:keepNext/>
        <w:keepLines/>
      </w:pPr>
      <w:r>
        <w:t>答案：BD</w:t>
      </w:r>
    </w:p>
    <w:p>
      <w:pPr>
        <w:keepLines/>
      </w:pPr>
      <w:r>
        <w:t>解析：38和40能被2整除。</w:t>
      </w:r>
    </w:p>
    <w:p>
      <w:pPr>
        <w:pStyle w:val="Heading2"/>
        <w:keepNext/>
        <w:keepLines/>
      </w:pPr>
      <w:r>
        <w:t>22. 【多选】下面哪些整数是偶数？（样本22）</w:t>
      </w:r>
    </w:p>
    <w:p>
      <w:pPr>
        <w:keepNext/>
        <w:keepLines/>
      </w:pPr>
      <w:r>
        <w:t>A. 41</w:t>
      </w:r>
    </w:p>
    <w:p>
      <w:pPr>
        <w:keepNext/>
        <w:keepLines/>
      </w:pPr>
      <w:r>
        <w:t>B. 42</w:t>
      </w:r>
    </w:p>
    <w:p>
      <w:pPr>
        <w:keepNext/>
        <w:keepLines/>
      </w:pPr>
      <w:r>
        <w:t>C. 43</w:t>
      </w:r>
    </w:p>
    <w:p>
      <w:pPr>
        <w:keepNext/>
        <w:keepLines/>
      </w:pPr>
      <w:r>
        <w:t>D. 44</w:t>
      </w:r>
    </w:p>
    <w:p>
      <w:pPr>
        <w:keepNext/>
        <w:keepLines/>
      </w:pPr>
      <w:r>
        <w:t>答案：BD</w:t>
      </w:r>
    </w:p>
    <w:p>
      <w:pPr>
        <w:keepLines/>
      </w:pPr>
      <w:r>
        <w:t>解析：42和44能被2整除。</w:t>
      </w:r>
    </w:p>
    <w:p>
      <w:pPr>
        <w:pStyle w:val="Heading2"/>
        <w:keepNext/>
        <w:keepLines/>
      </w:pPr>
      <w:r>
        <w:t>23. 【判断】3×3=9。</w:t>
      </w:r>
    </w:p>
    <w:p>
      <w:pPr>
        <w:keepNext/>
        <w:keepLines/>
      </w:pPr>
      <w:r>
        <w:t>答案：正确</w:t>
      </w:r>
    </w:p>
    <w:p>
      <w:pPr>
        <w:keepLines/>
      </w:pPr>
      <w:r>
        <w:t>解析：3×3的结果是9。</w:t>
      </w:r>
    </w:p>
    <w:p>
      <w:pPr>
        <w:pStyle w:val="Heading2"/>
        <w:keepNext/>
        <w:keepLines/>
      </w:pPr>
      <w:r>
        <w:t>24. 【判断】4×3=13。</w:t>
      </w:r>
    </w:p>
    <w:p>
      <w:pPr>
        <w:keepNext/>
        <w:keepLines/>
      </w:pPr>
      <w:r>
        <w:t>答案：错误</w:t>
      </w:r>
    </w:p>
    <w:p>
      <w:pPr>
        <w:keepLines/>
      </w:pPr>
      <w:r>
        <w:t>解析：4×3的结果是12。</w:t>
      </w:r>
    </w:p>
    <w:p>
      <w:pPr>
        <w:pStyle w:val="Heading2"/>
        <w:keepNext/>
        <w:keepLines/>
      </w:pPr>
      <w:r>
        <w:t>25. 【判断】5×3=15。</w:t>
      </w:r>
    </w:p>
    <w:p>
      <w:pPr>
        <w:keepNext/>
        <w:keepLines/>
      </w:pPr>
      <w:r>
        <w:t>答案：正确</w:t>
      </w:r>
    </w:p>
    <w:p>
      <w:pPr>
        <w:keepLines/>
      </w:pPr>
      <w:r>
        <w:t>解析：5×3的结果是15。</w:t>
      </w:r>
    </w:p>
    <w:p>
      <w:pPr>
        <w:pStyle w:val="Heading2"/>
        <w:keepNext/>
        <w:keepLines/>
      </w:pPr>
      <w:r>
        <w:t>26. 【判断】6×3=19。</w:t>
      </w:r>
    </w:p>
    <w:p>
      <w:pPr>
        <w:keepNext/>
        <w:keepLines/>
      </w:pPr>
      <w:r>
        <w:t>答案：错误</w:t>
      </w:r>
    </w:p>
    <w:p>
      <w:pPr>
        <w:keepLines/>
      </w:pPr>
      <w:r>
        <w:t>解析：6×3的结果是18。</w:t>
      </w:r>
    </w:p>
    <w:p>
      <w:pPr>
        <w:pStyle w:val="Heading2"/>
        <w:keepNext/>
        <w:keepLines/>
      </w:pPr>
      <w:r>
        <w:t>27. 【判断】7×3=21。</w:t>
      </w:r>
    </w:p>
    <w:p>
      <w:pPr>
        <w:keepNext/>
        <w:keepLines/>
      </w:pPr>
      <w:r>
        <w:t>答案：正确</w:t>
      </w:r>
    </w:p>
    <w:p>
      <w:pPr>
        <w:keepLines/>
      </w:pPr>
      <w:r>
        <w:t>解析：7×3的结果是21。</w:t>
      </w:r>
    </w:p>
    <w:p>
      <w:pPr>
        <w:pStyle w:val="Heading2"/>
        <w:keepNext/>
        <w:keepLines/>
      </w:pPr>
      <w:r>
        <w:t>28. 【判断】8×3=25。</w:t>
      </w:r>
    </w:p>
    <w:p>
      <w:pPr>
        <w:keepNext/>
        <w:keepLines/>
      </w:pPr>
      <w:r>
        <w:t>答案：错误</w:t>
      </w:r>
    </w:p>
    <w:p>
      <w:pPr>
        <w:keepLines/>
      </w:pPr>
      <w:r>
        <w:t>解析：8×3的结果是24。</w:t>
      </w:r>
    </w:p>
    <w:p>
      <w:pPr>
        <w:pStyle w:val="Heading2"/>
        <w:keepNext/>
        <w:keepLines/>
      </w:pPr>
      <w:r>
        <w:t>29. 【判断】9×3=27。</w:t>
      </w:r>
    </w:p>
    <w:p>
      <w:pPr>
        <w:keepNext/>
        <w:keepLines/>
      </w:pPr>
      <w:r>
        <w:t>答案：正确</w:t>
      </w:r>
    </w:p>
    <w:p>
      <w:pPr>
        <w:keepLines/>
      </w:pPr>
      <w:r>
        <w:t>解析：9×3的结果是27。</w:t>
      </w:r>
    </w:p>
    <w:p>
      <w:pPr>
        <w:pStyle w:val="Heading2"/>
        <w:keepNext/>
        <w:keepLines/>
      </w:pPr>
      <w:r>
        <w:t>30. 【判断】10×3=31。</w:t>
      </w:r>
    </w:p>
    <w:p>
      <w:pPr>
        <w:keepNext/>
        <w:keepLines/>
      </w:pPr>
      <w:r>
        <w:t>答案：错误</w:t>
      </w:r>
    </w:p>
    <w:p>
      <w:pPr>
        <w:keepLines/>
      </w:pPr>
      <w:r>
        <w:t>解析：10×3的结果是30。</w:t>
      </w:r>
    </w:p>
    <w:sectPr w:rsidR="00FC693F" w:rsidRPr="0006063C" w:rsidSect="00034616"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Arial" w:hAnsi="Arial" w:eastAsia="Heiti SC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40" w:line="264" w:lineRule="auto"/>
      <w:outlineLvl w:val="1"/>
    </w:pPr>
    <w:rPr>
      <w:rFonts w:ascii="Arial" w:hAnsi="Arial" w:eastAsia="Heiti SC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64" w:lineRule="auto"/>
      <w:contextualSpacing/>
    </w:pPr>
    <w:rPr>
      <w:rFonts w:ascii="Arial" w:hAnsi="Arial" w:eastAsia="Heiti SC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知序标准题导入样本</dc:title>
  <dc:subject>公开合成题库导入演练</dc:subject>
  <dc:creator>知序团队</dc:creator>
  <cp:keywords/>
  <dc:description>原创合成样本 无真实企业资料</dc:description>
  <cp:lastModifiedBy>知序团队</cp:lastModifiedBy>
  <cp:revision>1</cp:revision>
  <dcterms:created xsi:type="dcterms:W3CDTF">2026-10-15T00:00:00Z</dcterms:created>
  <dcterms:modified xsi:type="dcterms:W3CDTF">2026-10-15T00:00:00Z</dcterms:modified>
  <cp:category/>
</cp:coreProperties>
</file>