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知序边界题复核样本</w:t>
      </w:r>
    </w:p>
    <w:p>
      <w:r>
        <w:t>本文件包含 10 道独立边界题。缺少答案、非法答案和重复内容有意保留，请对照 expected.json 人工复核，不要与标准题一起自动发布。</w:t>
      </w:r>
    </w:p>
    <w:p>
      <w:pPr>
        <w:pStyle w:val="Heading2"/>
        <w:keepNext/>
        <w:keepLines/>
      </w:pPr>
      <w:r>
        <w:t>31. 【单选】下列A与B都正确，应选择哪项？</w:t>
      </w:r>
    </w:p>
    <w:p>
      <w:pPr>
        <w:keepNext/>
        <w:keepLines/>
      </w:pPr>
      <w:r>
        <w:t>A. 2+2=4</w:t>
      </w:r>
    </w:p>
    <w:p>
      <w:pPr>
        <w:keepNext/>
        <w:keepLines/>
      </w:pPr>
      <w:r>
        <w:t>B. 3+3=6</w:t>
      </w:r>
    </w:p>
    <w:p>
      <w:pPr>
        <w:keepNext/>
        <w:keepLines/>
      </w:pPr>
      <w:r>
        <w:t>C. A与B都正确</w:t>
      </w:r>
    </w:p>
    <w:p>
      <w:pPr>
        <w:keepNext/>
        <w:keepLines/>
      </w:pPr>
      <w:r>
        <w:t>D. 都不正确</w:t>
      </w:r>
    </w:p>
    <w:p>
      <w:pPr>
        <w:keepNext/>
        <w:keepLines/>
      </w:pPr>
      <w:r>
        <w:t>答案：C</w:t>
      </w:r>
    </w:p>
    <w:p>
      <w:pPr>
        <w:keepLines/>
      </w:pPr>
      <w:r>
        <w:t>解析：固定选项身份；不能只乱序文字后保留原字母答案。</w:t>
      </w:r>
    </w:p>
    <w:p>
      <w:pPr>
        <w:pStyle w:val="Heading2"/>
        <w:keepNext/>
        <w:keepLines/>
      </w:pPr>
      <w:r>
        <w:t>32. 【多选】选出两个奇数。</w:t>
      </w:r>
    </w:p>
    <w:p>
      <w:pPr>
        <w:keepNext/>
        <w:keepLines/>
      </w:pPr>
      <w:r>
        <w:t>A. 1</w:t>
      </w:r>
    </w:p>
    <w:p>
      <w:pPr>
        <w:keepNext/>
        <w:keepLines/>
      </w:pPr>
      <w:r>
        <w:t>B. 2</w:t>
      </w:r>
    </w:p>
    <w:p>
      <w:pPr>
        <w:keepNext/>
        <w:keepLines/>
      </w:pPr>
      <w:r>
        <w:t>C. 3</w:t>
      </w:r>
    </w:p>
    <w:p>
      <w:pPr>
        <w:keepNext/>
        <w:keepLines/>
      </w:pPr>
      <w:r>
        <w:t>D. 4</w:t>
      </w:r>
    </w:p>
    <w:p>
      <w:pPr>
        <w:keepNext/>
        <w:keepLines/>
      </w:pPr>
      <w:r>
        <w:t>答案：CA</w:t>
      </w:r>
    </w:p>
    <w:p>
      <w:pPr>
        <w:keepLines/>
      </w:pPr>
      <w:r>
        <w:t>解析：多选答案顺序不同，身份集合仍为A/C。</w:t>
      </w:r>
    </w:p>
    <w:p>
      <w:pPr>
        <w:pStyle w:val="Heading2"/>
        <w:keepNext/>
        <w:keepLines/>
      </w:pPr>
      <w:r>
        <w:t>33. 【单选】虚构工坊有3盒积木，每盒2块，共有多少块？</w:t>
      </w:r>
    </w:p>
    <w:p>
      <w:pPr>
        <w:keepNext/>
        <w:keepLines/>
      </w:pPr>
      <w:r>
        <w:t>A. 6</w:t>
      </w:r>
    </w:p>
    <w:p>
      <w:pPr>
        <w:keepNext/>
        <w:keepLines/>
      </w:pPr>
      <w:r>
        <w:t>B. 5</w:t>
      </w:r>
    </w:p>
    <w:p>
      <w:pPr>
        <w:keepNext/>
        <w:keepLines/>
      </w:pPr>
      <w:r>
        <w:t>C. 8</w:t>
      </w:r>
    </w:p>
    <w:p>
      <w:pPr>
        <w:keepNext/>
        <w:keepLines/>
      </w:pPr>
      <w:r>
        <w:t>D. 7</w:t>
      </w:r>
    </w:p>
    <w:p>
      <w:pPr>
        <w:keepNext/>
        <w:keepLines/>
      </w:pPr>
      <w:r>
        <w:t>答案：A</w:t>
      </w:r>
    </w:p>
    <w:p>
      <w:pPr>
        <w:keepLines/>
      </w:pPr>
      <w:r>
        <w:t>解析：3×2=6。</w:t>
      </w:r>
    </w:p>
    <w:p>
      <w:pPr>
        <w:pStyle w:val="Heading2"/>
        <w:keepNext/>
        <w:keepLines/>
      </w:pPr>
      <w:r>
        <w:t>34. 【单选】此题故意缺少答案，请提示人工复核。</w:t>
      </w:r>
    </w:p>
    <w:p>
      <w:pPr>
        <w:keepNext/>
        <w:keepLines/>
      </w:pPr>
      <w:r>
        <w:t>A. 甲</w:t>
      </w:r>
    </w:p>
    <w:p>
      <w:pPr>
        <w:keepNext/>
        <w:keepLines/>
      </w:pPr>
      <w:r>
        <w:t>B. 乙</w:t>
      </w:r>
    </w:p>
    <w:p>
      <w:pPr>
        <w:keepNext/>
        <w:keepLines/>
      </w:pPr>
      <w:r>
        <w:t>C. 丙</w:t>
      </w:r>
    </w:p>
    <w:p>
      <w:pPr>
        <w:keepNext/>
        <w:keepLines/>
      </w:pPr>
      <w:r>
        <w:t>D. 丁</w:t>
      </w:r>
    </w:p>
    <w:p>
      <w:pPr>
        <w:keepNext/>
        <w:keepLines/>
      </w:pPr>
      <w:r>
        <w:t>答案：</w:t>
      </w:r>
    </w:p>
    <w:p>
      <w:pPr>
        <w:keepLines/>
      </w:pPr>
      <w:r>
        <w:t>解析：不能静默猜出答案。</w:t>
      </w:r>
    </w:p>
    <w:p>
      <w:pPr>
        <w:pStyle w:val="Heading2"/>
        <w:keepNext/>
        <w:keepLines/>
      </w:pPr>
      <w:r>
        <w:t>35. 【单选】此题答案引用不存在的选项E。</w:t>
      </w:r>
    </w:p>
    <w:p>
      <w:pPr>
        <w:keepNext/>
        <w:keepLines/>
      </w:pPr>
      <w:r>
        <w:t>A. 甲</w:t>
      </w:r>
    </w:p>
    <w:p>
      <w:pPr>
        <w:keepNext/>
        <w:keepLines/>
      </w:pPr>
      <w:r>
        <w:t>B. 乙</w:t>
      </w:r>
    </w:p>
    <w:p>
      <w:pPr>
        <w:keepNext/>
        <w:keepLines/>
      </w:pPr>
      <w:r>
        <w:t>C. 丙</w:t>
      </w:r>
    </w:p>
    <w:p>
      <w:pPr>
        <w:keepNext/>
        <w:keepLines/>
      </w:pPr>
      <w:r>
        <w:t>D. 丁</w:t>
      </w:r>
    </w:p>
    <w:p>
      <w:pPr>
        <w:keepNext/>
        <w:keepLines/>
      </w:pPr>
      <w:r>
        <w:t>答案：E</w:t>
      </w:r>
    </w:p>
    <w:p>
      <w:pPr>
        <w:keepLines/>
      </w:pPr>
      <w:r>
        <w:t>解析：不能静默截断或替换答案。</w:t>
      </w:r>
    </w:p>
    <w:p>
      <w:pPr>
        <w:pStyle w:val="Heading2"/>
        <w:keepNext/>
        <w:keepLines/>
      </w:pPr>
      <w:r>
        <w:t>36. 【单选】第一行说明。</w:t>
        <w:br/>
        <w:t>第二行含中文引号“积木”与逗号，保留换行。</w:t>
      </w:r>
    </w:p>
    <w:p>
      <w:pPr>
        <w:keepNext/>
        <w:keepLines/>
      </w:pPr>
      <w:r>
        <w:t>A. 甲</w:t>
      </w:r>
    </w:p>
    <w:p>
      <w:pPr>
        <w:keepNext/>
        <w:keepLines/>
      </w:pPr>
      <w:r>
        <w:t>B. 乙</w:t>
      </w:r>
    </w:p>
    <w:p>
      <w:pPr>
        <w:keepNext/>
        <w:keepLines/>
      </w:pPr>
      <w:r>
        <w:t>C. 丙</w:t>
      </w:r>
    </w:p>
    <w:p>
      <w:pPr>
        <w:keepNext/>
        <w:keepLines/>
      </w:pPr>
      <w:r>
        <w:t>D. 丁</w:t>
      </w:r>
    </w:p>
    <w:p>
      <w:pPr>
        <w:keepNext/>
        <w:keepLines/>
      </w:pPr>
      <w:r>
        <w:t>答案：A</w:t>
      </w:r>
    </w:p>
    <w:p>
      <w:pPr>
        <w:keepLines/>
      </w:pPr>
      <w:r>
        <w:t>解析：解析第一行。</w:t>
        <w:br/>
        <w:t>解析第二行。</w:t>
      </w:r>
    </w:p>
    <w:p>
      <w:pPr>
        <w:pStyle w:val="Heading2"/>
        <w:keepNext/>
        <w:keepLines/>
      </w:pPr>
      <w:r>
        <w:t>37. 【单选】识别全角符号与数字：工号００１不是整数1。</w:t>
      </w:r>
    </w:p>
    <w:p>
      <w:pPr>
        <w:keepNext/>
        <w:keepLines/>
      </w:pPr>
      <w:r>
        <w:t>A. ００１</w:t>
      </w:r>
    </w:p>
    <w:p>
      <w:pPr>
        <w:keepNext/>
        <w:keepLines/>
      </w:pPr>
      <w:r>
        <w:t>B. 001</w:t>
      </w:r>
    </w:p>
    <w:p>
      <w:pPr>
        <w:keepNext/>
        <w:keepLines/>
      </w:pPr>
      <w:r>
        <w:t>C. 1</w:t>
      </w:r>
    </w:p>
    <w:p>
      <w:pPr>
        <w:keepNext/>
        <w:keepLines/>
      </w:pPr>
      <w:r>
        <w:t>D. ①</w:t>
      </w:r>
    </w:p>
    <w:p>
      <w:pPr>
        <w:keepNext/>
        <w:keepLines/>
      </w:pPr>
      <w:r>
        <w:t>答案：A</w:t>
      </w:r>
    </w:p>
    <w:p>
      <w:pPr>
        <w:keepLines/>
      </w:pPr>
      <w:r>
        <w:t>解析：保留Unicode，避免自动数字化。</w:t>
      </w:r>
    </w:p>
    <w:p>
      <w:pPr>
        <w:pStyle w:val="Heading2"/>
        <w:keepNext/>
        <w:keepLines/>
      </w:pPr>
      <w:r>
        <w:t>38. 【单选】较长题干用于检查换行和完整保存。 较长题干用于检查换行和完整保存。 较长题干用于检查换行和完整保存。 较长题干用于检查换行和完整保存。 较长题干用于检查换行和完整保存。 较长题干用于检查换行和完整保存。 较长题干用于检查换行和完整保存。 较长题干用于检查换行和完整保存。</w:t>
      </w:r>
    </w:p>
    <w:p>
      <w:pPr>
        <w:keepNext/>
        <w:keepLines/>
      </w:pPr>
      <w:r>
        <w:t>A. 选项甲</w:t>
      </w:r>
    </w:p>
    <w:p>
      <w:pPr>
        <w:keepNext/>
        <w:keepLines/>
      </w:pPr>
      <w:r>
        <w:t>B. 选项乙</w:t>
      </w:r>
    </w:p>
    <w:p>
      <w:pPr>
        <w:keepNext/>
        <w:keepLines/>
      </w:pPr>
      <w:r>
        <w:t>C. 选项丙</w:t>
      </w:r>
    </w:p>
    <w:p>
      <w:pPr>
        <w:keepNext/>
        <w:keepLines/>
      </w:pPr>
      <w:r>
        <w:t>D. 选项丁</w:t>
      </w:r>
    </w:p>
    <w:p>
      <w:pPr>
        <w:keepNext/>
        <w:keepLines/>
      </w:pPr>
      <w:r>
        <w:t>答案：B</w:t>
      </w:r>
    </w:p>
    <w:p>
      <w:pPr>
        <w:keepLines/>
      </w:pPr>
      <w:r>
        <w:t>解析：长题干应完整保留，不能截断。</w:t>
      </w:r>
    </w:p>
    <w:p>
      <w:pPr>
        <w:pStyle w:val="Heading2"/>
        <w:keepNext/>
        <w:keepLines/>
      </w:pPr>
      <w:r>
        <w:t>39. 【单选】题干有首尾空白：  虚构工坊  。</w:t>
      </w:r>
    </w:p>
    <w:p>
      <w:pPr>
        <w:keepNext/>
        <w:keepLines/>
      </w:pPr>
      <w:r>
        <w:t>A. A.是选项文本的一部分</w:t>
      </w:r>
    </w:p>
    <w:p>
      <w:pPr>
        <w:keepNext/>
        <w:keepLines/>
      </w:pPr>
      <w:r>
        <w:t>B. 乙</w:t>
      </w:r>
    </w:p>
    <w:p>
      <w:pPr>
        <w:keepNext/>
        <w:keepLines/>
      </w:pPr>
      <w:r>
        <w:t>C. 丙</w:t>
      </w:r>
    </w:p>
    <w:p>
      <w:pPr>
        <w:keepNext/>
        <w:keepLines/>
      </w:pPr>
      <w:r>
        <w:t>D. 丁</w:t>
      </w:r>
    </w:p>
    <w:p>
      <w:pPr>
        <w:keepNext/>
        <w:keepLines/>
      </w:pPr>
      <w:r>
        <w:t>答案：A</w:t>
      </w:r>
    </w:p>
    <w:p>
      <w:pPr>
        <w:keepLines/>
      </w:pPr>
      <w:r>
        <w:t>解析：选项文本内A.不等于新增选项标签。</w:t>
      </w:r>
    </w:p>
    <w:p>
      <w:pPr>
        <w:pStyle w:val="Heading2"/>
        <w:keepNext/>
        <w:keepLines/>
      </w:pPr>
      <w:r>
        <w:t>40. 【判断】判断题答案在不同模板中可能写“正确”而不是A。</w:t>
      </w:r>
    </w:p>
    <w:p>
      <w:pPr>
        <w:keepNext/>
        <w:keepLines/>
      </w:pPr>
      <w:r>
        <w:t>答案：正确</w:t>
      </w:r>
    </w:p>
    <w:p>
      <w:pPr>
        <w:keepLines/>
      </w:pPr>
      <w:r>
        <w:t>解析：转换时保持答案语义；原始标签记录为正确。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64" w:lineRule="auto"/>
      <w:outlineLvl w:val="1"/>
    </w:pPr>
    <w:rPr>
      <w:rFonts w:ascii="Arial" w:hAnsi="Arial" w:eastAsia="Heiti S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64" w:lineRule="auto"/>
      <w:contextualSpacing/>
    </w:pPr>
    <w:rPr>
      <w:rFonts w:ascii="Arial" w:hAnsi="Arial" w:eastAsia="Heiti SC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知序边界题复核样本</dc:title>
  <dc:subject>公开合成题库导入演练</dc:subject>
  <dc:creator>知序团队</dc:creator>
  <cp:keywords/>
  <dc:description>原创合成样本 无真实企业资料</dc:description>
  <cp:lastModifiedBy>知序团队</cp:lastModifiedBy>
  <cp:revision>1</cp:revision>
  <dcterms:created xsi:type="dcterms:W3CDTF">2026-10-15T00:00:00Z</dcterms:created>
  <dcterms:modified xsi:type="dcterms:W3CDTF">2026-10-15T00:00:00Z</dcterms:modified>
  <cp:category/>
</cp:coreProperties>
</file>